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HANDYVERSICHERUNG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der Versicherung : 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 w:val="0"/>
          <w:sz w:val="20"/>
        </w:rPr>
        <w:t>Hiermit kündige ich meine Handyversicherung fristgerecht zum nächstmöglichen Zeitpunkt. Bitte bestätigen Sie mir schriftlich den Erhalt dieser Kündigung sowie das Vertragsende.</w:t>
      </w:r>
    </w:p>
    <w:p/>
    <w:p>
      <w:r>
        <w:rPr>
          <w:b w:val="0"/>
          <w:sz w:val="20"/>
        </w:rPr>
        <w:t>Bitte sehen Sie von Rückwerbeversuchen ab.</w:t>
      </w:r>
    </w:p>
    <w:p/>
    <w:p>
      <w:r>
        <w:rPr>
          <w:b w:val="0"/>
          <w:sz w:val="20"/>
        </w:rPr>
        <w:t>Versicherungsnummer : _____________________________________________</w:t>
      </w:r>
    </w:p>
    <w:p>
      <w:r>
        <w:rPr>
          <w:b w:val="0"/>
          <w:sz w:val="20"/>
        </w:rPr>
        <w:t>Vertragsbeginn : _________________________________________________</w:t>
      </w:r>
    </w:p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Datum : __________________________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Bitte senden Sie die Kündigungsbestätigung an die oben angegebene Adresse.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https://schnellmuster.com/handyversicherung-kundigen-vorlage/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handyversicherung-kundigen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