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GUTHABENSCHREIBEN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: ___________________________________________________________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Name : ___________________________________________________________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Bestätigung eines Guthabens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bestätigen wir, dass auf dem Konto des Empfängers bei uns ein Guthaben in Höhe von</w:t>
      </w:r>
    </w:p>
    <w:p>
      <w:r>
        <w:rPr>
          <w:b/>
          <w:sz w:val="20"/>
        </w:rPr>
        <w:t>________________________________________ EUR besteht.</w:t>
      </w:r>
    </w:p>
    <w:p/>
    <w:p>
      <w:r>
        <w:rPr>
          <w:b/>
          <w:sz w:val="20"/>
        </w:rPr>
        <w:t>Dieses Guthaben resultiert aus den folgenden Buchungen und Vereinbarungen:</w:t>
      </w:r>
    </w:p>
    <w:p>
      <w:r>
        <w:rPr>
          <w:b w:val="0"/>
          <w:sz w:val="20"/>
        </w:rPr>
        <w:t>- _________________________________________________</w:t>
      </w:r>
    </w:p>
    <w:p>
      <w:r>
        <w:rPr>
          <w:b w:val="0"/>
          <w:sz w:val="20"/>
        </w:rPr>
        <w:t>- _________________________________________________</w:t>
      </w:r>
    </w:p>
    <w:p>
      <w:r>
        <w:rPr>
          <w:b w:val="0"/>
          <w:sz w:val="20"/>
        </w:rPr>
        <w:t>- _________________________________________________</w:t>
      </w:r>
    </w:p>
    <w:p/>
    <w:p>
      <w:r>
        <w:rPr>
          <w:b w:val="0"/>
          <w:sz w:val="20"/>
        </w:rPr>
        <w:t>Das Guthaben ist ohne Abzüge verfügbar und kann jederzeit vom Empfänger genutzt werden.</w:t>
      </w:r>
    </w:p>
    <w:p/>
    <w:p>
      <w:r>
        <w:rPr>
          <w:b w:val="0"/>
          <w:sz w:val="20"/>
        </w:rPr>
        <w:t>Für Rückfragen stehen wir Ihnen gerne zur Verfügung.</w:t>
      </w:r>
    </w:p>
    <w:p/>
    <w:p>
      <w:r>
        <w:rPr>
          <w:b w:val="0"/>
          <w:sz w:val="20"/>
        </w:rPr>
        <w:t>Mit freundlichen Grüßen,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https://schnellmuster.com/guthaben-schreiben-muster/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guthaben-schreiben-muster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