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GÜLLEABNAHMEVERTRAG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Auftraggebers (Gülleabgeber):</w:t>
      </w:r>
    </w:p>
    <w:p>
      <w:r>
        <w:rPr>
          <w:b w:val="0"/>
          <w:sz w:val="20"/>
        </w:rPr>
        <w:t>Name / Firma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Angaben des Auftragnehmers (Gülleabnehmer):</w:t>
      </w:r>
    </w:p>
    <w:p>
      <w:r>
        <w:rPr>
          <w:b w:val="0"/>
          <w:sz w:val="20"/>
        </w:rPr>
        <w:t>Name / Firma : 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</w:t>
      </w:r>
    </w:p>
    <w:p/>
    <w:p>
      <w:r>
        <w:rPr>
          <w:b/>
          <w:sz w:val="20"/>
        </w:rPr>
        <w:t>Gegenstand des Vertrages:</w:t>
      </w:r>
    </w:p>
    <w:p>
      <w:r>
        <w:rPr>
          <w:b w:val="0"/>
          <w:sz w:val="20"/>
        </w:rPr>
        <w:t>Der Auftraggeber verpflichtet sich, die nachfolgend bezeichnete Gülle an den Auftragnehmer abzugeben. Der Auftragnehmer verpflichtet sich, die Gülle abzunehmen und ordnungsgemäß zu entsorgen oder zu verwerten.</w:t>
      </w:r>
    </w:p>
    <w:p/>
    <w:p>
      <w:r>
        <w:rPr>
          <w:b/>
          <w:sz w:val="20"/>
        </w:rPr>
        <w:t>Beschreibung der Gülle:</w:t>
      </w:r>
    </w:p>
    <w:p>
      <w:r>
        <w:rPr>
          <w:b w:val="0"/>
          <w:sz w:val="20"/>
        </w:rPr>
        <w:t>Art der Gülle : ___________________________________________________________</w:t>
      </w:r>
    </w:p>
    <w:p>
      <w:r>
        <w:rPr>
          <w:b w:val="0"/>
          <w:sz w:val="20"/>
        </w:rPr>
        <w:t>Menge (voraussichtlich) : ______________________ m³</w:t>
      </w:r>
    </w:p>
    <w:p>
      <w:r>
        <w:rPr>
          <w:b w:val="0"/>
          <w:sz w:val="20"/>
        </w:rPr>
        <w:t>Ursprungsort der Gülle : _________________________________________________</w:t>
      </w:r>
    </w:p>
    <w:p/>
    <w:p>
      <w:r>
        <w:rPr>
          <w:b/>
          <w:sz w:val="20"/>
        </w:rPr>
        <w:t>Abnahmebedingungen:</w:t>
      </w:r>
    </w:p>
    <w:p>
      <w:r>
        <w:rPr>
          <w:b w:val="0"/>
          <w:sz w:val="20"/>
        </w:rPr>
        <w:t>Die Abnahme erfolgt am Ort : ______________________________________________</w:t>
      </w:r>
    </w:p>
    <w:p>
      <w:r>
        <w:rPr>
          <w:b w:val="0"/>
          <w:sz w:val="20"/>
        </w:rPr>
        <w:t>Der Auftragnehmer bestätigt mit der Annahme die Übereinstimmung der Menge und Qualität.</w:t>
      </w:r>
    </w:p>
    <w:p>
      <w:r>
        <w:rPr>
          <w:b w:val="0"/>
          <w:sz w:val="20"/>
        </w:rPr>
        <w:t>Der Auftraggeber gewährleistet die Einhaltung der gesetzlichen Vorschriften zur Güllebereitstellung.</w:t>
      </w:r>
    </w:p>
    <w:p/>
    <w:p>
      <w:r>
        <w:rPr>
          <w:b/>
          <w:sz w:val="20"/>
        </w:rPr>
        <w:t>Vergütung und Zahlungsbedingungen:</w:t>
      </w:r>
    </w:p>
    <w:p>
      <w:r>
        <w:rPr>
          <w:b w:val="0"/>
          <w:sz w:val="20"/>
        </w:rPr>
        <w:t>Die Vergütung beträgt : ______________________ EUR pro m³ Gülle</w:t>
      </w:r>
    </w:p>
    <w:p>
      <w:r>
        <w:rPr>
          <w:b w:val="0"/>
          <w:sz w:val="20"/>
        </w:rPr>
        <w:t>Zahlungsweise : ___________________________________________________________</w:t>
      </w:r>
    </w:p>
    <w:p/>
    <w:p>
      <w:r>
        <w:rPr>
          <w:b/>
          <w:sz w:val="20"/>
        </w:rPr>
        <w:t>§ 1 – Haftung und Gewährleistung</w:t>
      </w:r>
    </w:p>
    <w:p>
      <w:r>
        <w:rPr>
          <w:b w:val="0"/>
          <w:sz w:val="20"/>
        </w:rPr>
        <w:t>Der Auftraggeber garantiert, dass die übergebene Gülle keine gesundheitsgefährdenden Stoffe enthält und für die vereinbarte Verwertung geeignet ist. Für Schäden, die durch nicht angegebene gefährliche Stoffe entstehen, haftet der Auftraggeber.</w:t>
      </w:r>
    </w:p>
    <w:p/>
    <w:p>
      <w:r>
        <w:rPr>
          <w:b/>
          <w:sz w:val="20"/>
        </w:rPr>
        <w:t>§ 2 – Abnahme und Übergabe</w:t>
      </w:r>
    </w:p>
    <w:p>
      <w:r>
        <w:rPr>
          <w:b w:val="0"/>
          <w:sz w:val="20"/>
        </w:rPr>
        <w:t>Die Abnahme erfolgt nach Maßgabe der vereinbarten Bedingungen. Die Übergabe ist im Abnahmeprotokoll festzuhalten.</w:t>
      </w:r>
    </w:p>
    <w:p/>
    <w:p>
      <w:r>
        <w:rPr>
          <w:b/>
          <w:sz w:val="20"/>
        </w:rPr>
        <w:t>§ 3 – Pflichten der Vertragsparteien</w:t>
      </w:r>
    </w:p>
    <w:p>
      <w:r>
        <w:rPr>
          <w:b w:val="0"/>
          <w:sz w:val="20"/>
        </w:rPr>
        <w:t>Der Auftraggeber stellt die Gülle zum vereinbarten Zeitpunkt in ausreichender Menge bereit. Der Auftragnehmer verpflichtet sich zur termingerechten Abnahme und ordnungsgemäßen Entsorgung.</w:t>
      </w:r>
    </w:p>
    <w:p/>
    <w:p>
      <w:r>
        <w:rPr>
          <w:b/>
          <w:sz w:val="20"/>
        </w:rPr>
        <w:t>§ 4 – Vertragsdauer und Kündigung</w:t>
      </w:r>
    </w:p>
    <w:p>
      <w:r>
        <w:rPr>
          <w:b w:val="0"/>
          <w:sz w:val="20"/>
        </w:rPr>
        <w:t>Der Vertrag gilt ab Unterzeichnung und läuft auf unbestimmte Zeit. Eine Kündigung ist mit einer Frist von 4 Wochen zum Monatsende schriftlich möglich.</w:t>
      </w:r>
    </w:p>
    <w:p/>
    <w:p>
      <w:r>
        <w:rPr>
          <w:b/>
          <w:sz w:val="20"/>
        </w:rPr>
        <w:t>§ 5 – Schlussbestimmungen</w:t>
      </w:r>
    </w:p>
    <w:p>
      <w:r>
        <w:rPr>
          <w:b w:val="0"/>
          <w:sz w:val="20"/>
        </w:rPr>
        <w:t>Sollten einzelne Bestimmungen dieses Vertrages unwirksam sein, bleibt die Wirksamkeit der übrigen Bestimmungen unberührt. Gerichtsstand ist der Sitz des Auftragnehmers. Es gilt deutsches Recht.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AUFTRAGGEBER (Gülleabgeber)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AUFTRAGNEHMER (Gülleabnehmer)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https://schnellmuster.com/gulleabnahmevertrag/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gulleabnahmevertra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