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0"/>
        </w:rPr>
        <w:t>ANZEIGE DER GEWERBEABMELDUNG</w:t>
      </w:r>
    </w:p>
    <w:p/>
    <w:p>
      <w:r>
        <w:rPr>
          <w:b/>
          <w:sz w:val="20"/>
        </w:rPr>
        <w:t>Angaben zum Gewerbetreibenden:</w:t>
      </w:r>
    </w:p>
    <w:p>
      <w:r>
        <w:rPr>
          <w:b w:val="0"/>
          <w:sz w:val="20"/>
        </w:rPr>
        <w:t>Vor- und Nachname / Firmenname : ____________________________________________</w:t>
      </w:r>
    </w:p>
    <w:p>
      <w:r>
        <w:rPr>
          <w:b w:val="0"/>
          <w:sz w:val="20"/>
        </w:rPr>
        <w:t>Anschrift : _______________________________________________________________</w:t>
      </w:r>
    </w:p>
    <w:p>
      <w:r>
        <w:rPr>
          <w:b w:val="0"/>
          <w:sz w:val="20"/>
        </w:rPr>
        <w:t>Steuernummer / Steuer-ID : _________________________________________________</w:t>
      </w:r>
    </w:p>
    <w:p>
      <w:r>
        <w:rPr>
          <w:b w:val="0"/>
          <w:sz w:val="20"/>
        </w:rPr>
        <w:t>Telefonnummer : ____________________________________________________________</w:t>
      </w:r>
    </w:p>
    <w:p/>
    <w:p>
      <w:r>
        <w:rPr>
          <w:b/>
          <w:sz w:val="20"/>
        </w:rPr>
        <w:t>Angaben zum Gewerbe:</w:t>
      </w:r>
    </w:p>
    <w:p>
      <w:r>
        <w:rPr>
          <w:b w:val="0"/>
          <w:sz w:val="20"/>
        </w:rPr>
        <w:t>Art des Gewerbes : ________________________________________________________</w:t>
      </w:r>
    </w:p>
    <w:p>
      <w:r>
        <w:rPr>
          <w:b w:val="0"/>
          <w:sz w:val="20"/>
        </w:rPr>
        <w:t>Gewerbeanmeldung am (Datum der Anmeldung nicht angeben) : ___________________</w:t>
      </w:r>
    </w:p>
    <w:p>
      <w:r>
        <w:rPr>
          <w:b w:val="0"/>
          <w:sz w:val="20"/>
        </w:rPr>
        <w:t>Gewerbe-Nummer (falls bekannt) : ___________________________________________</w:t>
      </w:r>
    </w:p>
    <w:p/>
    <w:p>
      <w:r>
        <w:rPr>
          <w:b/>
          <w:sz w:val="20"/>
        </w:rPr>
        <w:t>Grund der Abmeldung:</w:t>
      </w:r>
    </w:p>
    <w:p>
      <w:r>
        <w:rPr>
          <w:b w:val="0"/>
          <w:sz w:val="20"/>
        </w:rPr>
        <w:t>☐ Aufgabe des gesamten Gewerbes</w:t>
      </w:r>
    </w:p>
    <w:p>
      <w:r>
        <w:rPr>
          <w:b w:val="0"/>
          <w:sz w:val="20"/>
        </w:rPr>
        <w:t>☐ Aufgabe eines Teils des Gewerbes</w:t>
      </w:r>
    </w:p>
    <w:p>
      <w:r>
        <w:rPr>
          <w:b w:val="0"/>
          <w:sz w:val="20"/>
        </w:rPr>
        <w:t>☐ Sonstiger Grund : ________________________________________________________</w:t>
      </w:r>
    </w:p>
    <w:p/>
    <w:p>
      <w:r>
        <w:rPr>
          <w:b/>
          <w:sz w:val="20"/>
        </w:rPr>
        <w:t>Angaben zur Betriebsstätte:</w:t>
      </w:r>
    </w:p>
    <w:p>
      <w:r>
        <w:rPr>
          <w:b w:val="0"/>
          <w:sz w:val="20"/>
        </w:rPr>
        <w:t>Anschrift der Betriebsstätte : _______________________________________________</w:t>
      </w:r>
    </w:p>
    <w:p/>
    <w:p>
      <w:r>
        <w:rPr>
          <w:b/>
          <w:sz w:val="20"/>
        </w:rPr>
        <w:t>Mit dieser Anzeige erkläre ich, dass das oben genannte Gewerbe mit sofortiger Wirkung abgemeldet wird.</w:t>
      </w:r>
    </w:p>
    <w:p/>
    <w:p>
      <w:r>
        <w:rPr>
          <w:b/>
          <w:sz w:val="20"/>
        </w:rPr>
        <w:t>Hinweis zum Datenschutz:</w:t>
      </w:r>
    </w:p>
    <w:p>
      <w:r>
        <w:rPr>
          <w:b w:val="0"/>
          <w:sz w:val="20"/>
        </w:rPr>
        <w:t>Die im Rahmen der Gewerbeabmeldung erhobenen Daten werden zur Erfüllung der gesetzlichen Aufgaben des Finanzamts verarbeitet und gespeichert.</w:t>
      </w:r>
    </w:p>
    <w:p/>
    <w:p>
      <w:r>
        <w:rPr>
          <w:b w:val="0"/>
          <w:sz w:val="20"/>
        </w:rPr>
        <w:t>Ort : _____________________________________</w:t>
      </w:r>
    </w:p>
    <w:p>
      <w:r>
        <w:rPr>
          <w:b w:val="0"/>
          <w:sz w:val="20"/>
        </w:rPr>
        <w:t>Unterschrift : ______________________________</w:t>
      </w:r>
    </w:p>
    <w:p/>
    <w:p/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Gewerbetreibender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Bearbeiter Finanzamt</w:t>
            </w:r>
          </w:p>
        </w:tc>
      </w:tr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Unterschrift : _________________________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Unterschrift : _________________________</w:t>
            </w:r>
          </w:p>
        </w:tc>
      </w:tr>
    </w:tbl>
    <w:p>
      <w:r>
        <w:br w:type="page"/>
      </w:r>
    </w:p>
    <w:p>
      <w:pPr>
        <w:jc w:val="center"/>
      </w:pPr>
      <w:r>
        <w:rPr>
          <w:color w:val="555555"/>
          <w:sz w:val="24"/>
        </w:rPr>
        <w:t>Originalquelle dieses Dokuments:</w:t>
      </w:r>
    </w:p>
    <w:p>
      <w:pPr>
        <w:jc w:val="center"/>
      </w:pPr>
      <w:hyperlink r:id="rId9">
        <w:r>
          <w:rPr>
            <w:color w:val="0000FF"/>
            <w:u w:val="single"/>
          </w:rPr>
          <w:t>https://schnellmuster.com/gewerbe-stilllegen-formular-finanzamt/</w:t>
        </w:r>
      </w:hyperlink>
    </w:p>
    <w:p>
      <w:pPr>
        <w:jc w:val="center"/>
      </w:pPr>
      <w:r>
        <w:rPr>
          <w:color w:val="555555"/>
          <w:sz w:val="26"/>
        </w:rPr>
        <w:t>War diese Vorlage für Sie hilfreich?</w:t>
      </w:r>
    </w:p>
    <w:p>
      <w:pPr>
        <w:jc w:val="center"/>
      </w:pPr>
      <w:r>
        <w:rPr>
          <w:color w:val="555555"/>
          <w:sz w:val="26"/>
        </w:rPr>
        <w:t>Weitere aktuelle Vorlagen finden Sie unter:</w:t>
      </w:r>
    </w:p>
    <w:p>
      <w:pPr>
        <w:jc w:val="center"/>
      </w:pPr>
      <w:hyperlink r:id="rId10">
        <w:r>
          <w:rPr>
            <w:color w:val="0000FF"/>
            <w:u w:val="single"/>
          </w:rPr>
          <w:t>https://schnellmuster.com</w:t>
        </w:r>
      </w:hyperlink>
    </w:p>
    <w:p>
      <w:pPr>
        <w:jc w:val="center"/>
      </w:pPr>
      <w:r>
        <w:rPr>
          <w:color w:val="808080"/>
          <w:sz w:val="20"/>
        </w:rPr>
        <w:t>Diese Vorlage ist ausschließlich für den persönlichen, nicht kommerziellen Gebrauch bestimmt.</w:t>
        <w:br/>
        <w:t>Bei Weitergabe oder Veröffentlichung ist die Nennung der Quelle verpflichtend. © schnellmuster.com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schnellmuster.com/gewerbe-stilllegen-formular-finanzamt/" TargetMode="External"/><Relationship Id="rId10" Type="http://schemas.openxmlformats.org/officeDocument/2006/relationships/hyperlink" Target="https://schnellmuste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