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FERTIGUNGSAUFTRAG</w:t>
      </w:r>
    </w:p>
    <w:p/>
    <w:p>
      <w:r>
        <w:rPr>
          <w:b/>
          <w:sz w:val="20"/>
        </w:rPr>
        <w:t>Angaben zum Auftraggeber:</w:t>
      </w:r>
    </w:p>
    <w:p>
      <w:r>
        <w:rPr>
          <w:b w:val="0"/>
          <w:sz w:val="20"/>
        </w:rPr>
        <w:t>Firma : ________________________________________________________________</w:t>
      </w:r>
    </w:p>
    <w:p>
      <w:r>
        <w:rPr>
          <w:b w:val="0"/>
          <w:sz w:val="20"/>
        </w:rPr>
        <w:t>Ansprechpartner : _______________________________________________________</w:t>
      </w:r>
    </w:p>
    <w:p>
      <w:r>
        <w:rPr>
          <w:b w:val="0"/>
          <w:sz w:val="20"/>
        </w:rPr>
        <w:t>Adresse : 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</w:t>
      </w:r>
    </w:p>
    <w:p/>
    <w:p>
      <w:r>
        <w:rPr>
          <w:b/>
          <w:sz w:val="20"/>
        </w:rPr>
        <w:t>Angaben zum Auftragnehmer:</w:t>
      </w:r>
    </w:p>
    <w:p>
      <w:r>
        <w:rPr>
          <w:b w:val="0"/>
          <w:sz w:val="20"/>
        </w:rPr>
        <w:t>Firma : ________________________________________________________________</w:t>
      </w:r>
    </w:p>
    <w:p>
      <w:r>
        <w:rPr>
          <w:b w:val="0"/>
          <w:sz w:val="20"/>
        </w:rPr>
        <w:t>Ansprechpartner : _______________________________________________________</w:t>
      </w:r>
    </w:p>
    <w:p>
      <w:r>
        <w:rPr>
          <w:b w:val="0"/>
          <w:sz w:val="20"/>
        </w:rPr>
        <w:t>Adresse : 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</w:t>
      </w:r>
    </w:p>
    <w:p/>
    <w:p>
      <w:r>
        <w:rPr>
          <w:b/>
          <w:sz w:val="20"/>
        </w:rPr>
        <w:t>Auftragsbeschreibung:</w:t>
      </w:r>
    </w:p>
    <w:p>
      <w:r>
        <w:rPr>
          <w:b w:val="0"/>
          <w:sz w:val="20"/>
        </w:rPr>
        <w:t>Produkt / Bauteil : _____________________________________________________</w:t>
      </w:r>
    </w:p>
    <w:p>
      <w:r>
        <w:rPr>
          <w:b w:val="0"/>
          <w:sz w:val="20"/>
        </w:rPr>
        <w:t>Menge : ________________________________________________________________</w:t>
      </w:r>
    </w:p>
    <w:p>
      <w:r>
        <w:rPr>
          <w:b w:val="0"/>
          <w:sz w:val="20"/>
        </w:rPr>
        <w:t>Material / Werkstoff : ___________________________________________________</w:t>
      </w:r>
    </w:p>
    <w:p>
      <w:r>
        <w:rPr>
          <w:b w:val="0"/>
          <w:sz w:val="20"/>
        </w:rPr>
        <w:t>Technische Zeichnungen / Vorgaben : ______________________________________</w:t>
      </w:r>
    </w:p>
    <w:p>
      <w:r>
        <w:rPr>
          <w:b w:val="0"/>
          <w:sz w:val="20"/>
        </w:rPr>
        <w:t>Besondere Anforderungen : ________________________________________________</w:t>
      </w:r>
    </w:p>
    <w:p/>
    <w:p>
      <w:r>
        <w:rPr>
          <w:b/>
          <w:sz w:val="20"/>
        </w:rPr>
        <w:t>Fertigungs- und Lieferbedingungen:</w:t>
      </w:r>
    </w:p>
    <w:p>
      <w:r>
        <w:rPr>
          <w:b w:val="0"/>
          <w:sz w:val="20"/>
        </w:rPr>
        <w:t>Fertigstellung bis : ____________________________________________________</w:t>
      </w:r>
    </w:p>
    <w:p>
      <w:r>
        <w:rPr>
          <w:b w:val="0"/>
          <w:sz w:val="20"/>
        </w:rPr>
        <w:t>Lieferung an : _________________________________________________________</w:t>
      </w:r>
    </w:p>
    <w:p>
      <w:r>
        <w:rPr>
          <w:b w:val="0"/>
          <w:sz w:val="20"/>
        </w:rPr>
        <w:t>Lieferadresse : ________________________________________________________</w:t>
      </w:r>
    </w:p>
    <w:p/>
    <w:p>
      <w:r>
        <w:rPr>
          <w:b/>
          <w:sz w:val="20"/>
        </w:rPr>
        <w:t>Preis und Zahlungsbedingungen:</w:t>
      </w:r>
    </w:p>
    <w:p>
      <w:r>
        <w:rPr>
          <w:b w:val="0"/>
          <w:sz w:val="20"/>
        </w:rPr>
        <w:t>Gesamtpreis : __________________________________________________________</w:t>
      </w:r>
    </w:p>
    <w:p>
      <w:r>
        <w:rPr>
          <w:b w:val="0"/>
          <w:sz w:val="20"/>
        </w:rPr>
        <w:t>Zahlungsweise : _________________________________________________________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Der Auftragnehmer verpflichtet sich, die im Auftrag beschriebenen Leistungen fachgerecht und termingerecht auszuführen.</w:t>
      </w:r>
    </w:p>
    <w:p/>
    <w:p>
      <w:r>
        <w:rPr>
          <w:b/>
          <w:sz w:val="20"/>
        </w:rPr>
        <w:t>§ 2 – Qualität und Abnahme</w:t>
      </w:r>
    </w:p>
    <w:p>
      <w:r>
        <w:rPr>
          <w:b w:val="0"/>
          <w:sz w:val="20"/>
        </w:rPr>
        <w:t>Die gefertigten Produkte müssen den vereinbarten Spezifikationen entsprechen. Der Auftraggeber ist verpflichtet, die Lieferung unverzüglich zu prüfen und etwaige Mängel schriftlich anzuzeigen.</w:t>
      </w:r>
    </w:p>
    <w:p/>
    <w:p>
      <w:r>
        <w:rPr>
          <w:b/>
          <w:sz w:val="20"/>
        </w:rPr>
        <w:t>§ 3 – Haftung</w:t>
      </w:r>
    </w:p>
    <w:p>
      <w:r>
        <w:rPr>
          <w:b w:val="0"/>
          <w:sz w:val="20"/>
        </w:rPr>
        <w:t>Der Auftragnehmer haftet für Schäden, die durch grobe Fahrlässigkeit oder Vorsatz verursacht wurden. Für leichte Fahrlässigkeit wird nur bei Verletzung wesentlicher Vertragspflichten gehaftet.</w:t>
      </w:r>
    </w:p>
    <w:p/>
    <w:p>
      <w:r>
        <w:rPr>
          <w:b/>
          <w:sz w:val="20"/>
        </w:rPr>
        <w:t>§ 4 – Eigentumsvorbehalt</w:t>
      </w:r>
    </w:p>
    <w:p>
      <w:r>
        <w:rPr>
          <w:b w:val="0"/>
          <w:sz w:val="20"/>
        </w:rPr>
        <w:t>Das Eigentum an den gefertigten Produkten geht erst mit vollständiger Bezahlung auf den Auftraggeber über.</w:t>
      </w:r>
    </w:p>
    <w:p/>
    <w:p>
      <w:r>
        <w:rPr>
          <w:b/>
          <w:sz w:val="20"/>
        </w:rPr>
        <w:t>§ 5 – Vertraulichkeit</w:t>
      </w:r>
    </w:p>
    <w:p>
      <w:r>
        <w:rPr>
          <w:b w:val="0"/>
          <w:sz w:val="20"/>
        </w:rPr>
        <w:t>Beide Parteien verpflichten sich, alle erhaltenen Informationen vertraulich zu behandeln und nicht an Dritte weiterzugeben.</w:t>
      </w:r>
    </w:p>
    <w:p/>
    <w:p>
      <w:r>
        <w:rPr>
          <w:b/>
          <w:sz w:val="20"/>
        </w:rPr>
        <w:t>§ 6 – Schlussbestimmungen</w:t>
      </w:r>
    </w:p>
    <w:p>
      <w:r>
        <w:rPr>
          <w:b w:val="0"/>
          <w:sz w:val="20"/>
        </w:rPr>
        <w:t>Änderungen und Ergänzungen dieses Vertrages bedürfen der Schriftform. Erfüllungsort und Gerichtsstand ist der Sitz des Auftragnehmers, soweit gesetzlich zulässig.</w:t>
      </w:r>
    </w:p>
    <w:p/>
    <w:p/>
    <w:p>
      <w:r>
        <w:rPr>
          <w:b w:val="0"/>
          <w:sz w:val="20"/>
        </w:rPr>
        <w:t>Ort : 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https://schnellmuster.com/fertigungsauftrag-vorlage/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fertigungsauftrag-vorlage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