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FORDERUNG EINER FEHLENDEN RECHNUNG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 / Firma : ________________________________________________</w:t>
      </w:r>
    </w:p>
    <w:p>
      <w:r>
        <w:rPr>
          <w:b w:val="0"/>
          <w:sz w:val="20"/>
        </w:rPr>
        <w:t>Anschrift : _________________________________________________</w:t>
      </w:r>
    </w:p>
    <w:p>
      <w:r>
        <w:rPr>
          <w:b w:val="0"/>
          <w:sz w:val="20"/>
        </w:rPr>
        <w:t>Telefonnummer : ___________________________________________</w:t>
      </w:r>
    </w:p>
    <w:p>
      <w:r>
        <w:rPr>
          <w:b w:val="0"/>
          <w:sz w:val="20"/>
        </w:rPr>
        <w:t>E-Mail-Adresse : 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Name / Firma : ________________________________________________</w:t>
      </w:r>
    </w:p>
    <w:p>
      <w:r>
        <w:rPr>
          <w:b w:val="0"/>
          <w:sz w:val="20"/>
        </w:rPr>
        <w:t>Anschrift : _________________________________________________</w:t>
      </w:r>
    </w:p>
    <w:p>
      <w:r>
        <w:rPr>
          <w:b w:val="0"/>
          <w:sz w:val="20"/>
        </w:rPr>
        <w:t>Telefonnummer : ___________________________________________</w:t>
      </w:r>
    </w:p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Anforderung der fehlenden Rechnung für die erbrachte Leistung / Lieferung</w:t>
      </w:r>
    </w:p>
    <w:p/>
    <w:p>
      <w:r>
        <w:rPr>
          <w:b/>
          <w:sz w:val="20"/>
        </w:rPr>
        <w:t>Sehr geehrte Damen und Herren,</w:t>
      </w:r>
    </w:p>
    <w:p/>
    <w:p>
      <w:r>
        <w:rPr>
          <w:b w:val="0"/>
          <w:sz w:val="20"/>
        </w:rPr>
        <w:t>hiermit fordere ich Sie höflich auf, mir die Rechnung für die am _______________ erbrachte Leistung bzw. gelieferte Ware zuzusenden. Bis heute habe ich keine Rechnung erhalten, obwohl die Zahlung bereits erfolgt ist oder die Leistung in Anspruch genommen wurde.</w:t>
      </w:r>
    </w:p>
    <w:p/>
    <w:p>
      <w:r>
        <w:rPr>
          <w:b w:val="0"/>
          <w:sz w:val="20"/>
        </w:rPr>
        <w:t>Gemäß § 14 des Umsatzsteuergesetzes (UStG) sind Sie verpflichtet, mir eine ordnungsgemäße Rechnung auszustellen. Diese Rechnung benötige ich für meine Unterlagen und zur Vorlage beim Finanzamt.</w:t>
      </w:r>
    </w:p>
    <w:p/>
    <w:p>
      <w:r>
        <w:rPr>
          <w:b w:val="0"/>
          <w:sz w:val="20"/>
        </w:rPr>
        <w:t>Bitte senden Sie mir die fehlende Rechnung unverzüglich zu. Sollten Sie die Rechnung bereits versandt haben, bitte ich um kurze Rückmeldung und Übersendung einer Kopie.</w:t>
      </w:r>
    </w:p>
    <w:p/>
    <w:p>
      <w:r>
        <w:rPr>
          <w:b/>
          <w:sz w:val="20"/>
        </w:rPr>
        <w:t>Mit freundlichen Grüßen,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https://schnellmuster.com/fehlende-rechnung-anfordern-formulierung/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fehlende-rechnung-anfordern-formulierung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