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ERBSCHAFTSVOLLMACHT</w:t>
      </w:r>
    </w:p>
    <w:p/>
    <w:p>
      <w:r>
        <w:rPr>
          <w:b/>
          <w:sz w:val="20"/>
        </w:rPr>
        <w:t>Angaben des Vollmachtgebers (Erblassers):</w:t>
      </w:r>
    </w:p>
    <w:p>
      <w:r>
        <w:rPr>
          <w:b w:val="0"/>
          <w:sz w:val="20"/>
        </w:rPr>
        <w:t>Vor- und Nachname : ___________________________________________________</w:t>
      </w:r>
    </w:p>
    <w:p>
      <w:r>
        <w:rPr>
          <w:b w:val="0"/>
          <w:sz w:val="20"/>
        </w:rPr>
        <w:t>Geburtsdatum : ________________________________________________________</w:t>
      </w:r>
    </w:p>
    <w:p>
      <w:r>
        <w:rPr>
          <w:b w:val="0"/>
          <w:sz w:val="20"/>
        </w:rPr>
        <w:t>Anschrift : ____________________________________________________________</w:t>
      </w:r>
    </w:p>
    <w:p>
      <w:r>
        <w:rPr>
          <w:b w:val="0"/>
          <w:sz w:val="20"/>
        </w:rPr>
        <w:t>Telefonnummer : _______________________________________________________</w:t>
      </w:r>
    </w:p>
    <w:p/>
    <w:p>
      <w:r>
        <w:rPr>
          <w:b/>
          <w:sz w:val="20"/>
        </w:rPr>
        <w:t>Angaben des Bevollmächtigten:</w:t>
      </w:r>
    </w:p>
    <w:p>
      <w:r>
        <w:rPr>
          <w:b w:val="0"/>
          <w:sz w:val="20"/>
        </w:rPr>
        <w:t>Vor- und Nachname : ___________________________________________________</w:t>
      </w:r>
    </w:p>
    <w:p>
      <w:r>
        <w:rPr>
          <w:b w:val="0"/>
          <w:sz w:val="20"/>
        </w:rPr>
        <w:t>Geburtsdatum : ________________________________________________________</w:t>
      </w:r>
    </w:p>
    <w:p>
      <w:r>
        <w:rPr>
          <w:b w:val="0"/>
          <w:sz w:val="20"/>
        </w:rPr>
        <w:t>Anschrift : ____________________________________________________________</w:t>
      </w:r>
    </w:p>
    <w:p>
      <w:r>
        <w:rPr>
          <w:b w:val="0"/>
          <w:sz w:val="20"/>
        </w:rPr>
        <w:t>Telefonnummer : _______________________________________________________</w:t>
      </w:r>
    </w:p>
    <w:p/>
    <w:p>
      <w:r>
        <w:rPr>
          <w:b/>
          <w:sz w:val="20"/>
        </w:rPr>
        <w:t>Vollmachtserteilung:</w:t>
      </w:r>
    </w:p>
    <w:p>
      <w:r>
        <w:rPr>
          <w:b w:val="0"/>
          <w:sz w:val="20"/>
        </w:rPr>
        <w:t>Hiermit bevollmächtige ich, der Unterzeichnende, den oben genannten Bevollmächtigten, mich in allen Angelegenheiten im Zusammenhang mit meinem Erbe zu vertreten und zu handeln. Dies umfasst insbesondere die Geltendmachung von Erbansprüchen, die Verwaltung und Verwertung von Nachlassgegenständen sowie die Durchführung aller hierfür erforderlichen Rechtsgeschäfte und Erklärungen.</w:t>
      </w:r>
    </w:p>
    <w:p/>
    <w:p>
      <w:r>
        <w:rPr>
          <w:b/>
          <w:sz w:val="20"/>
        </w:rPr>
        <w:t>Geltungsbereich und Einschränkungen:</w:t>
      </w:r>
    </w:p>
    <w:p>
      <w:r>
        <w:rPr>
          <w:b w:val="0"/>
          <w:sz w:val="20"/>
        </w:rPr>
        <w:t>Die Vollmacht umfasst keine Verfügung von Todes wegen und bleibt gültig bis auf Widerruf. Der Bevollmächtigte darf keine Verpflichtungen eingehen, die über die ordnungsgemäße Nachlassverwaltung hinausgehen, ohne vorherige Zustimmung des Vollmachtgebers.</w:t>
      </w:r>
    </w:p>
    <w:p/>
    <w:p>
      <w:r>
        <w:rPr>
          <w:b/>
          <w:sz w:val="20"/>
        </w:rPr>
        <w:t>Hinweis:</w:t>
      </w:r>
    </w:p>
    <w:p>
      <w:r>
        <w:rPr>
          <w:b w:val="0"/>
          <w:sz w:val="20"/>
        </w:rPr>
        <w:t>Diese Vollmacht wird nach den Vorschriften des Bürgerlichen Gesetzbuches (BGB) erteilt und ist rechtsverbindlich.</w:t>
      </w:r>
    </w:p>
    <w:p/>
    <w:p/>
    <w:p>
      <w:r>
        <w:rPr>
          <w:b w:val="0"/>
          <w:sz w:val="20"/>
        </w:rPr>
        <w:t>Ort : __________________________________________</w:t>
      </w:r>
    </w:p>
    <w:p>
      <w:r>
        <w:rPr>
          <w:b w:val="0"/>
          <w:sz w:val="20"/>
        </w:rPr>
        <w:t>Unterschrift Vollmachtgeber : 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https://schnellmuster.com/erbschaftsvollmacht-vorlage/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erbschaftsvollmacht-vorlage/"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