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ZUR AUFSICHTSPFLICHT</w:t>
      </w:r>
    </w:p>
    <w:p/>
    <w:p>
      <w:r>
        <w:rPr>
          <w:b w:val="0"/>
          <w:sz w:val="20"/>
        </w:rPr>
        <w:t>Hiermit erkläre ich,</w:t>
      </w:r>
    </w:p>
    <w:p>
      <w:r>
        <w:rPr>
          <w:b/>
          <w:sz w:val="20"/>
        </w:rPr>
        <w:t>Vor- und Nachname der betreuenden Person: ___________________________________________</w:t>
      </w:r>
    </w:p>
    <w:p>
      <w:r>
        <w:rPr>
          <w:b w:val="0"/>
          <w:sz w:val="20"/>
        </w:rPr>
        <w:t>Geburtsdatum: ___________________________________</w:t>
      </w:r>
    </w:p>
    <w:p>
      <w:r>
        <w:rPr>
          <w:b w:val="0"/>
          <w:sz w:val="20"/>
        </w:rPr>
        <w:t>Anschrift: ___________________________________________________________________________</w:t>
      </w:r>
    </w:p>
    <w:p/>
    <w:p>
      <w:r>
        <w:rPr>
          <w:b w:val="0"/>
          <w:sz w:val="20"/>
        </w:rPr>
        <w:t>dass ich die Aufsichtspflicht für das Kind / die Kinder übernehme:</w:t>
      </w:r>
    </w:p>
    <w:p>
      <w:r>
        <w:rPr>
          <w:b w:val="0"/>
          <w:sz w:val="20"/>
        </w:rPr>
        <w:t>Name des Kindes / der Kinder: ________________________________________________________</w:t>
      </w:r>
    </w:p>
    <w:p>
      <w:r>
        <w:rPr>
          <w:b w:val="0"/>
          <w:sz w:val="20"/>
        </w:rPr>
        <w:t>Geburtsdatum des Kindes / der Kinder: ________________________________________________</w:t>
      </w:r>
    </w:p>
    <w:p/>
    <w:p>
      <w:r>
        <w:rPr>
          <w:b w:val="0"/>
          <w:sz w:val="20"/>
        </w:rPr>
        <w:t>Ich bestätige, dass ich die volle Aufsichtspflicht während der angegebenen Zeit übernehme und für das Wohlergehen des Kindes / der Kinder verantwortlich bin.</w:t>
      </w:r>
    </w:p>
    <w:p/>
    <w:p>
      <w:r>
        <w:rPr>
          <w:b w:val="0"/>
          <w:sz w:val="20"/>
        </w:rPr>
        <w:t>Zeitraum der Übernahme der Aufsichtspflicht:</w:t>
      </w:r>
    </w:p>
    <w:p>
      <w:r>
        <w:rPr>
          <w:b w:val="0"/>
          <w:sz w:val="20"/>
        </w:rPr>
        <w:t>Von: ____________________  Bis: ____________________</w:t>
      </w:r>
    </w:p>
    <w:p/>
    <w:p>
      <w:r>
        <w:rPr>
          <w:b w:val="0"/>
          <w:sz w:val="20"/>
        </w:rPr>
        <w:t>Ich verpflichte mich insbesondere:</w:t>
      </w:r>
    </w:p>
    <w:p>
      <w:r>
        <w:rPr>
          <w:b w:val="0"/>
          <w:sz w:val="20"/>
        </w:rPr>
        <w:t>- dafür zu sorgen, dass das Kind die anstehenden Regeln und Sicherheitsvorschriften einhält.</w:t>
      </w:r>
    </w:p>
    <w:p>
      <w:r>
        <w:rPr>
          <w:b w:val="0"/>
          <w:sz w:val="20"/>
        </w:rPr>
        <w:t>- bei Unfällen oder sonstigen Vorfällen unverzüglich die Erziehungsberechtigten zu informieren.</w:t>
      </w:r>
    </w:p>
    <w:p>
      <w:r>
        <w:rPr>
          <w:b w:val="0"/>
          <w:sz w:val="20"/>
        </w:rPr>
        <w:t>- im Notfall angemessene Erste-Hilfe-Maßnahmen einzuleiten.</w:t>
      </w:r>
    </w:p>
    <w:p/>
    <w:p>
      <w:r>
        <w:rPr>
          <w:b w:val="0"/>
          <w:sz w:val="20"/>
        </w:rPr>
        <w:t>Ich bin darüber informiert, dass ich als Aufsichtsperson eine erhöhte Verantwortung trage und die Aufsichtspflicht sorgfältig wahrzunehmen ist.</w:t>
      </w:r>
    </w:p>
    <w:p>
      <w:r>
        <w:rPr>
          <w:b w:val="0"/>
          <w:sz w:val="20"/>
        </w:rPr>
        <w:t>Die Haftung für Schäden Dritter wird nur im Rahmen der gesetzlichen Bestimmungen übernommen.</w:t>
      </w:r>
    </w:p>
    <w:p/>
    <w:p>
      <w:r>
        <w:rPr>
          <w:b w:val="0"/>
          <w:sz w:val="20"/>
        </w:rPr>
        <w:t>Die im Rahmen dieser Einverständniserklärung erhobenen personenbezogenen Daten werden ausschließlich für die Zwecke der Aufsichtspflicht verwendet und vertraulich behandelt.</w:t>
      </w:r>
    </w:p>
    <w:p/>
    <w:p>
      <w:r>
        <w:rPr>
          <w:b w:val="0"/>
          <w:sz w:val="20"/>
        </w:rPr>
        <w:t>Ort : ___________________________________________________</w:t>
      </w:r>
    </w:p>
    <w:p>
      <w:r>
        <w:rPr>
          <w:b w:val="0"/>
          <w:sz w:val="20"/>
        </w:rPr>
        <w:t>Datum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Aufsichtsperson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Erziehungsberechtigte(r)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https://schnellmuster.com/einverstandniserklarung-aufsichtspflicht-muster/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einverstandniserklarung-aufsichtspflicht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