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EINLADUNGSSCHREIBEN ZUR VISUMSBEANTRAGUNG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Straße, Hausnummer : ________________________________________________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Straße, Hausnummer : ________________________________________________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Einladung zur Beantragung eines Besuchervisums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lade ich Herrn/Frau ______________________________________________________ (Name des Eingeladenen) ein, mich in Deutschland zu besuchen. Das Besuchsdatum ist vom ____________________ bis ____________________ geplant.</w:t>
      </w:r>
    </w:p>
    <w:p/>
    <w:p>
      <w:r>
        <w:rPr>
          <w:b/>
          <w:sz w:val="20"/>
        </w:rPr>
        <w:t>Zweck des Besuchs :</w:t>
      </w:r>
    </w:p>
    <w:p>
      <w:r>
        <w:rPr>
          <w:b w:val="0"/>
          <w:sz w:val="20"/>
        </w:rPr>
        <w:t>Der Zweck des Besuchs besteht in _____________________________________________________.</w:t>
      </w:r>
    </w:p>
    <w:p/>
    <w:p>
      <w:r>
        <w:rPr>
          <w:b/>
          <w:sz w:val="20"/>
        </w:rPr>
        <w:t>Unterkunft und Versorgung :</w:t>
      </w:r>
    </w:p>
    <w:p>
      <w:r>
        <w:rPr>
          <w:b w:val="0"/>
          <w:sz w:val="20"/>
        </w:rPr>
        <w:t>Während des Aufenthalts wird Herr/Frau ________________________ bei mir wohnen und von mir voll versorgt.</w:t>
      </w:r>
    </w:p>
    <w:p/>
    <w:p>
      <w:r>
        <w:rPr>
          <w:b/>
          <w:sz w:val="20"/>
        </w:rPr>
        <w:t>Staatsangehörigkeit und Reisepass :</w:t>
      </w:r>
    </w:p>
    <w:p>
      <w:r>
        <w:rPr>
          <w:b w:val="0"/>
          <w:sz w:val="20"/>
        </w:rPr>
        <w:t>Herr/Frau _____________________________ besitzt den Reisepass Nr. ______________________ des Landes __________________.</w:t>
      </w:r>
    </w:p>
    <w:p/>
    <w:p>
      <w:r>
        <w:rPr>
          <w:b/>
          <w:sz w:val="20"/>
        </w:rPr>
        <w:t>Verpflichtungserklärung :</w:t>
      </w:r>
    </w:p>
    <w:p>
      <w:r>
        <w:rPr>
          <w:b w:val="0"/>
          <w:sz w:val="20"/>
        </w:rPr>
        <w:t>Ich verpflichte mich, für alle anfallenden Kosten einschließlich der Rückreise von Herrn/Frau __________________________ einzustehen.</w:t>
      </w:r>
    </w:p>
    <w:p/>
    <w:p>
      <w:r>
        <w:rPr>
          <w:b w:val="0"/>
          <w:sz w:val="20"/>
        </w:rPr>
        <w:t>Für Rückfragen stehe ich jederzeit gerne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Einladenden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https://schnellmuster.com/einladungsschreiben-visum-muster/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einladungsschreiben-visum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