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EIDESSTATTLICHE VERSICHERUNG</w:t>
      </w:r>
    </w:p>
    <w:p/>
    <w:p/>
    <w:p>
      <w:r>
        <w:rPr>
          <w:b/>
          <w:sz w:val="20"/>
        </w:rPr>
        <w:t>Ich, der/die Unterzeichnende, versichere hiermit an Eides statt:</w:t>
      </w:r>
    </w:p>
    <w:p/>
    <w:p>
      <w:r>
        <w:rPr>
          <w:b w:val="0"/>
          <w:sz w:val="20"/>
        </w:rPr>
        <w:t>1. Ich erkläre, dass die nachfolgenden Angaben der Wahrheit entsprechen und ich nach bestem Wissen und Gewissen wahrheitsgemäße Angaben gemacht habe.</w:t>
      </w:r>
    </w:p>
    <w:p/>
    <w:p>
      <w:r>
        <w:rPr>
          <w:b w:val="0"/>
          <w:sz w:val="20"/>
        </w:rPr>
        <w:t>2. Ich bin mir bewusst, dass eine falsche Versicherung an Eides statt strafrechtliche Folgen nach sich ziehen kann, insbesondere nach § 156 Strafgesetzbuch (StGB).</w:t>
      </w:r>
    </w:p>
    <w:p/>
    <w:p>
      <w:r>
        <w:rPr>
          <w:b w:val="0"/>
          <w:sz w:val="20"/>
        </w:rPr>
        <w:t>3. Die gemachten Angaben wurden ohne Druck oder Zwang abgegeben und entsprechen meinem freien Willen.</w:t>
      </w:r>
    </w:p>
    <w:p/>
    <w:p>
      <w:r>
        <w:rPr>
          <w:b w:val="0"/>
          <w:sz w:val="20"/>
        </w:rPr>
        <w:t>4. Mir ist bekannt, dass die Eidesstattliche Versicherung eine schriftliche Erklärung ist, die unter der Androhung strafrechtlicher Konsequenzen abgegeben wird.</w:t>
      </w:r>
    </w:p>
    <w:p/>
    <w:p/>
    <w:p>
      <w:r>
        <w:rPr>
          <w:b w:val="0"/>
          <w:sz w:val="20"/>
        </w:rPr>
        <w:t>Vor- und Nachname : _______________________________________________________</w:t>
      </w:r>
    </w:p>
    <w:p>
      <w:r>
        <w:rPr>
          <w:b w:val="0"/>
          <w:sz w:val="20"/>
        </w:rPr>
        <w:t>Geburtsdatum : 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</w:t>
      </w:r>
    </w:p>
    <w:p/>
    <w:p/>
    <w:p>
      <w:r>
        <w:rPr>
          <w:b w:val="0"/>
          <w:sz w:val="20"/>
        </w:rPr>
        <w:t>Ort : ____________________________    Unterschrift 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Versichernder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Zeuge (optional)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https://schnellmuster.com/eidesstattliche-versicherung-vorlage/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eidesstattliche-versicherung-vorlage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