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DANKBARKEITSTAGEBUCH</w:t>
      </w:r>
    </w:p>
    <w:p/>
    <w:p/>
    <w:p>
      <w:r>
        <w:rPr>
          <w:b/>
          <w:sz w:val="20"/>
        </w:rPr>
        <w:t>Heute bin ich dankbar für:</w:t>
      </w:r>
    </w:p>
    <w:p/>
    <w:p>
      <w:r>
        <w:rPr>
          <w:b w:val="0"/>
          <w:sz w:val="20"/>
        </w:rPr>
        <w:t>1. 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</w:t>
      </w:r>
    </w:p>
    <w:p/>
    <w:p/>
    <w:p>
      <w:r>
        <w:rPr>
          <w:b/>
          <w:sz w:val="20"/>
        </w:rPr>
        <w:t>Positive Erlebnisse des Tages:</w:t>
      </w:r>
    </w:p>
    <w:p/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/>
          <w:sz w:val="20"/>
        </w:rPr>
        <w:t>Was habe ich heute gelernt oder entdeckt?</w:t>
      </w:r>
    </w:p>
    <w:p/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/>
          <w:sz w:val="20"/>
        </w:rPr>
        <w:t>Wie habe ich heute zu meinem Wohlbefinden beigetragen?</w:t>
      </w:r>
    </w:p>
    <w:p/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/>
    <w:p>
      <w:r>
        <w:rPr>
          <w:b/>
          <w:sz w:val="20"/>
        </w:rPr>
        <w:t>Meine Ziele für morgen:</w:t>
      </w:r>
    </w:p>
    <w:p/>
    <w:p>
      <w:r>
        <w:rPr>
          <w:b w:val="0"/>
          <w:sz w:val="20"/>
        </w:rPr>
        <w:t>1. 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https://schnellmuster.com/dankbarkeitstagebuch-vorlage/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dankbarkeitstagebuch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