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BETRIEBSERKLÄRUNG</w:t>
      </w:r>
    </w:p>
    <w:p/>
    <w:p>
      <w:r>
        <w:rPr>
          <w:b/>
          <w:sz w:val="20"/>
        </w:rPr>
        <w:t>Angaben zum Betrieb :</w:t>
      </w:r>
    </w:p>
    <w:p>
      <w:r>
        <w:rPr>
          <w:b w:val="0"/>
          <w:sz w:val="20"/>
        </w:rPr>
        <w:t>Name des Unternehmens : ________________________________________________</w:t>
      </w:r>
    </w:p>
    <w:p>
      <w:r>
        <w:rPr>
          <w:b w:val="0"/>
          <w:sz w:val="20"/>
        </w:rPr>
        <w:t>Rechtsform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>
      <w:r>
        <w:rPr>
          <w:b w:val="0"/>
          <w:sz w:val="20"/>
        </w:rPr>
        <w:t>E-Mail-Adresse : __________________________________________________________</w:t>
      </w:r>
    </w:p>
    <w:p/>
    <w:p>
      <w:r>
        <w:rPr>
          <w:b/>
          <w:sz w:val="20"/>
        </w:rPr>
        <w:t>Betriebsbeschreibung :</w:t>
      </w:r>
    </w:p>
    <w:p>
      <w:r>
        <w:rPr>
          <w:b w:val="0"/>
          <w:sz w:val="20"/>
        </w:rPr>
        <w:t>Art des Betriebs : ________________________________________________________</w:t>
      </w:r>
    </w:p>
    <w:p>
      <w:r>
        <w:rPr>
          <w:b w:val="0"/>
          <w:sz w:val="20"/>
        </w:rPr>
        <w:t>Tätigkeitsschwerpunkte : _________________________________________________</w:t>
      </w:r>
    </w:p>
    <w:p>
      <w:r>
        <w:rPr>
          <w:b w:val="0"/>
          <w:sz w:val="20"/>
        </w:rPr>
        <w:t>Anzahl der Beschäftigten : __________________________</w:t>
      </w:r>
    </w:p>
    <w:p>
      <w:r>
        <w:rPr>
          <w:b w:val="0"/>
          <w:sz w:val="20"/>
        </w:rPr>
        <w:t>Betriebsstätte(n) : _______________________________________________________</w:t>
      </w:r>
    </w:p>
    <w:p/>
    <w:p>
      <w:r>
        <w:rPr>
          <w:b/>
          <w:sz w:val="20"/>
        </w:rPr>
        <w:t>Angaben zum Betriebsleiter :</w:t>
      </w:r>
    </w:p>
    <w:p>
      <w:r>
        <w:rPr>
          <w:b w:val="0"/>
          <w:sz w:val="20"/>
        </w:rPr>
        <w:t>Vor- und Nachname : _____________________________________________________</w:t>
      </w:r>
    </w:p>
    <w:p>
      <w:r>
        <w:rPr>
          <w:b w:val="0"/>
          <w:sz w:val="20"/>
        </w:rPr>
        <w:t>Position/Funktion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>
      <w:r>
        <w:rPr>
          <w:b w:val="0"/>
          <w:sz w:val="20"/>
        </w:rPr>
        <w:t>E-Mail-Adresse : __________________________________________________________</w:t>
      </w:r>
    </w:p>
    <w:p/>
    <w:p>
      <w:r>
        <w:rPr>
          <w:b/>
          <w:sz w:val="20"/>
        </w:rPr>
        <w:t>Erklärungen und Pflichten des Betriebs :</w:t>
      </w:r>
    </w:p>
    <w:p>
      <w:r>
        <w:rPr>
          <w:b w:val="0"/>
          <w:sz w:val="20"/>
        </w:rPr>
        <w:t>Der Betrieb versichert, alle gesetzlichen und behördlichen Auflagen im Rahmen des Geschäftsbetriebs einzuhalten.</w:t>
      </w:r>
    </w:p>
    <w:p>
      <w:r>
        <w:rPr>
          <w:b w:val="0"/>
          <w:sz w:val="20"/>
        </w:rPr>
        <w:t>Dies umfasst insbesondere die Einhaltung von Arbeits-, Umwelt- und Sicherheitsvorschriften.</w:t>
      </w:r>
    </w:p>
    <w:p>
      <w:r>
        <w:rPr>
          <w:b w:val="0"/>
          <w:sz w:val="20"/>
        </w:rPr>
        <w:t>Der Betrieb verpflichtet sich, Änderungen im Betrieb unverzüglich mitzuteilen und erforderliche Nachweise vorzulegen.</w:t>
      </w:r>
    </w:p>
    <w:p>
      <w:r>
        <w:rPr>
          <w:b w:val="0"/>
          <w:sz w:val="20"/>
        </w:rPr>
        <w:t>Die in dieser Erklärung gemachten Angaben sind vollständig und wahrheitsgemäß.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Diese Erklärung ersetzt keine behördlichen Genehmigungen oder Erlaubnisse.</w:t>
      </w:r>
    </w:p>
    <w:p>
      <w:r>
        <w:rPr>
          <w:b w:val="0"/>
          <w:sz w:val="20"/>
        </w:rPr>
        <w:t>Die Einhaltung aller geltenden Vorschriften bleibt unverändert Pflicht des Betriebs.</w:t>
      </w:r>
    </w:p>
    <w:p/>
    <w:p>
      <w:r>
        <w:rPr>
          <w:b/>
          <w:sz w:val="20"/>
        </w:rPr>
        <w:t>Unterzeichnung :</w:t>
      </w:r>
    </w:p>
    <w:p>
      <w:r>
        <w:rPr>
          <w:b w:val="0"/>
          <w:sz w:val="20"/>
        </w:rPr>
        <w:t>Ort : ________________________________________________________</w:t>
      </w:r>
    </w:p>
    <w:p>
      <w:r>
        <w:rPr>
          <w:b w:val="0"/>
          <w:sz w:val="20"/>
        </w:rPr>
        <w:t>Unterschrift des Betriebsleiters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Betriebsleiter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Vertreter des Unternehmens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https://schnellmuster.com/betriebserklarung-vorlage/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betriebserklarung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