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BESTÄTIGUNG DER ELTERNZEIT</w:t>
      </w:r>
    </w:p>
    <w:p/>
    <w:p/>
    <w:p>
      <w:r>
        <w:rPr>
          <w:b w:val="0"/>
          <w:sz w:val="20"/>
        </w:rPr>
        <w:t>Sehr geehrte/r Frau/Herr ________________________________,</w:t>
      </w:r>
    </w:p>
    <w:p/>
    <w:p>
      <w:r>
        <w:rPr>
          <w:b w:val="0"/>
          <w:sz w:val="20"/>
        </w:rPr>
        <w:t>hiermit bestätigen wir den Eingang Ihres Antrags auf Elternzeit gemäß § 16 Bundeselterngeld- und Elternzeitgesetz (BEEG).</w:t>
      </w:r>
    </w:p>
    <w:p/>
    <w:p>
      <w:r>
        <w:rPr>
          <w:b/>
          <w:sz w:val="20"/>
        </w:rPr>
        <w:t>Angaben des Arbeitgebers:</w:t>
      </w:r>
    </w:p>
    <w:p>
      <w:r>
        <w:rPr>
          <w:b w:val="0"/>
          <w:sz w:val="20"/>
        </w:rPr>
        <w:t>Firma/Unternehmen : _________________________________________________</w:t>
      </w:r>
    </w:p>
    <w:p>
      <w:r>
        <w:rPr>
          <w:b w:val="0"/>
          <w:sz w:val="20"/>
        </w:rPr>
        <w:t>Anschrift : 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des Arbeitnehmers:</w:t>
      </w:r>
    </w:p>
    <w:p>
      <w:r>
        <w:rPr>
          <w:b w:val="0"/>
          <w:sz w:val="20"/>
        </w:rPr>
        <w:t>Vor- und Nachname : _________________________________________________</w:t>
      </w:r>
    </w:p>
    <w:p>
      <w:r>
        <w:rPr>
          <w:b w:val="0"/>
          <w:sz w:val="20"/>
        </w:rPr>
        <w:t>Personalnummer : _____________________________________________________</w:t>
      </w:r>
    </w:p>
    <w:p>
      <w:r>
        <w:rPr>
          <w:b w:val="0"/>
          <w:sz w:val="20"/>
        </w:rPr>
        <w:t>Abteilung : __________________________________________________________</w:t>
      </w:r>
    </w:p>
    <w:p/>
    <w:p>
      <w:r>
        <w:rPr>
          <w:b/>
          <w:sz w:val="20"/>
        </w:rPr>
        <w:t>Bestätigung der Elternzeit:</w:t>
      </w:r>
    </w:p>
    <w:p>
      <w:r>
        <w:rPr>
          <w:b w:val="0"/>
          <w:sz w:val="20"/>
        </w:rPr>
        <w:t>Der Arbeitgeber bestätigt hiermit, dass der Arbeitnehmer Anspruch auf Elternzeit hat und diese wie folgt genehmigt wird:</w:t>
      </w:r>
    </w:p>
    <w:p>
      <w:r>
        <w:rPr>
          <w:b w:val="0"/>
          <w:sz w:val="20"/>
        </w:rPr>
        <w:t>Beginn der Elternzeit : ______________________</w:t>
      </w:r>
    </w:p>
    <w:p>
      <w:r>
        <w:rPr>
          <w:b w:val="0"/>
          <w:sz w:val="20"/>
        </w:rPr>
        <w:t>Ende der Elternzeit : ______________________</w:t>
      </w:r>
    </w:p>
    <w:p>
      <w:r>
        <w:rPr>
          <w:b w:val="0"/>
          <w:sz w:val="20"/>
        </w:rPr>
        <w:t>Dauer der Elternzeit : ______________________</w:t>
      </w:r>
    </w:p>
    <w:p/>
    <w:p>
      <w:r>
        <w:rPr>
          <w:b/>
          <w:sz w:val="20"/>
        </w:rPr>
        <w:t>Hinweise:</w:t>
      </w:r>
    </w:p>
    <w:p>
      <w:r>
        <w:rPr>
          <w:b w:val="0"/>
          <w:sz w:val="20"/>
        </w:rPr>
        <w:t>- Während der Elternzeit ruht das Arbeitsverhältnis gemäß § 18 BEEG.</w:t>
      </w:r>
    </w:p>
    <w:p>
      <w:r>
        <w:rPr>
          <w:b w:val="0"/>
          <w:sz w:val="20"/>
        </w:rPr>
        <w:t>- Eine Verlängerung oder Verkürzung der Elternzeit bedarf der schriftlichen Zustimmung des Arbeitgebers.</w:t>
      </w:r>
    </w:p>
    <w:p>
      <w:r>
        <w:rPr>
          <w:b w:val="0"/>
          <w:sz w:val="20"/>
        </w:rPr>
        <w:t>- Änderungen der Elternzeit sind gemäß § 16 BEEG rechtzeitig mitzuteilen.</w:t>
      </w:r>
    </w:p>
    <w:p/>
    <w:p>
      <w:r>
        <w:rPr>
          <w:b w:val="0"/>
          <w:sz w:val="20"/>
        </w:rPr>
        <w:t>Für Rückfragen stehen wir Ihnen gerne zur Verfügung.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https://schnellmuster.com/bestatigung-elternzeit-arbeitgeber-muster/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bestatigung-elternzeit-arbeitgeber-muster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