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BESCHWERDE AN DAS JUGENDAMT</w:t>
      </w:r>
    </w:p>
    <w:p/>
    <w:p>
      <w:r>
        <w:rPr>
          <w:b/>
          <w:sz w:val="20"/>
        </w:rPr>
        <w:t>Absender :</w:t>
      </w:r>
    </w:p>
    <w:p>
      <w:r>
        <w:rPr>
          <w:b w:val="0"/>
          <w:sz w:val="20"/>
        </w:rPr>
        <w:t>Vor- und Nachname : 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w:t>
      </w:r>
    </w:p>
    <w:p/>
    <w:p>
      <w:r>
        <w:rPr>
          <w:b/>
          <w:sz w:val="20"/>
        </w:rPr>
        <w:t>Empfänger (Jugendamt) :</w:t>
      </w:r>
    </w:p>
    <w:p>
      <w:r>
        <w:rPr>
          <w:b w:val="0"/>
          <w:sz w:val="20"/>
        </w:rPr>
        <w:t>Name des Jugendamtes : _______________________________________________</w:t>
      </w:r>
    </w:p>
    <w:p>
      <w:r>
        <w:rPr>
          <w:b w:val="0"/>
          <w:sz w:val="20"/>
        </w:rPr>
        <w:t>Anschrift : ___________________________________________________________</w:t>
      </w:r>
    </w:p>
    <w:p/>
    <w:p>
      <w:r>
        <w:rPr>
          <w:b/>
          <w:sz w:val="20"/>
        </w:rPr>
        <w:t>Betreff :</w:t>
      </w:r>
    </w:p>
    <w:p>
      <w:r>
        <w:rPr>
          <w:b w:val="0"/>
          <w:sz w:val="20"/>
        </w:rPr>
        <w:t>Beschwerde bezüglich der Betreuung und Unterstützung durch das Jugendamt</w:t>
      </w:r>
    </w:p>
    <w:p/>
    <w:p>
      <w:r>
        <w:rPr>
          <w:b w:val="0"/>
          <w:sz w:val="20"/>
        </w:rPr>
        <w:t>Sehr geehrte Damen und Herren,</w:t>
      </w:r>
    </w:p>
    <w:p/>
    <w:p>
      <w:r>
        <w:rPr>
          <w:b w:val="0"/>
          <w:sz w:val="20"/>
        </w:rPr>
        <w:t>hiermit möchte ich mich über die Leistungen und das Verhalten des Jugendamtes in Bezug auf die Betreuung und Unterstützung meiner Familie beschweren. Folgende Punkte bereiten mir große Sorgen und sind aus meiner Sicht nicht ausreichend berücksichtigt worden:</w:t>
      </w:r>
    </w:p>
    <w:p/>
    <w:p>
      <w:r>
        <w:rPr>
          <w:b/>
          <w:sz w:val="20"/>
        </w:rPr>
        <w:t>1. Unzureichende Kommunikation und Informationsweitergabe.</w:t>
      </w:r>
    </w:p>
    <w:p>
      <w:r>
        <w:rPr>
          <w:b w:val="0"/>
          <w:sz w:val="20"/>
        </w:rPr>
        <w:t xml:space="preserve">    Trotz mehrfacher Versuche wurden wichtige Informationen nicht oder nur verspätet übermittelt.</w:t>
      </w:r>
    </w:p>
    <w:p/>
    <w:p>
      <w:r>
        <w:rPr>
          <w:b/>
          <w:sz w:val="20"/>
        </w:rPr>
        <w:t>2. Fehlende oder unzureichende Unterstützung bei der Wahrnehmung meiner elterlichen Pflichten.</w:t>
      </w:r>
    </w:p>
    <w:p>
      <w:r>
        <w:rPr>
          <w:b w:val="0"/>
          <w:sz w:val="20"/>
        </w:rPr>
        <w:t xml:space="preserve">    Es wurden keine angemessenen Hilfsangebote bereitgestellt, die die Situation verbessern könnten.</w:t>
      </w:r>
    </w:p>
    <w:p/>
    <w:p>
      <w:r>
        <w:rPr>
          <w:b/>
          <w:sz w:val="20"/>
        </w:rPr>
        <w:t>3. Mangelnde Transparenz bei Entscheidungen und Maßnahmen.</w:t>
      </w:r>
    </w:p>
    <w:p>
      <w:r>
        <w:rPr>
          <w:b w:val="0"/>
          <w:sz w:val="20"/>
        </w:rPr>
        <w:t xml:space="preserve">    Entscheidungen wurden ohne ausreichende Begründung getroffen und mir nicht nachvollziehbar erläutert.</w:t>
      </w:r>
    </w:p>
    <w:p/>
    <w:p>
      <w:r>
        <w:rPr>
          <w:b w:val="0"/>
          <w:sz w:val="20"/>
        </w:rPr>
        <w:t>Ich bitte Sie daher um eine schriftliche Stellungnahme zu den genannten Punkten sowie um eine Überprüfung und Verbesserung der betreffenden Maßnahmen.</w:t>
      </w:r>
    </w:p>
    <w:p/>
    <w:p>
      <w:r>
        <w:rPr>
          <w:b w:val="0"/>
          <w:sz w:val="20"/>
        </w:rPr>
        <w:t>Mit freundlichen Grüßen,</w:t>
      </w:r>
    </w:p>
    <w:p/>
    <w:p/>
    <w:p/>
    <w:p>
      <w:r>
        <w:rPr>
          <w:b w:val="0"/>
          <w:sz w:val="20"/>
        </w:rPr>
        <w:t>Unterschrift : _________________________</w:t>
      </w:r>
    </w:p>
    <w:p/>
    <w:p>
      <w:r>
        <w:rPr>
          <w:b w:val="0"/>
          <w:sz w:val="20"/>
        </w:rPr>
        <w:t>Ort : _________________________          Datum : 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Beschwerdeführer/in</w:t>
            </w:r>
          </w:p>
        </w:tc>
        <w:tc>
          <w:tcPr>
            <w:tcW w:type="dxa" w:w="4986"/>
            <w:tcBorders>
              <w:top w:val="nil"/>
              <w:left w:val="nil"/>
              <w:bottom w:val="nil"/>
              <w:right w:val="nil"/>
              <w:insideH w:val="nil"/>
              <w:insideV w:val="nil"/>
            </w:tcBorders>
          </w:tcPr>
          <w:p>
            <w:pPr>
              <w:jc w:val="center"/>
            </w:pPr>
            <w:r>
              <w:t>Jugendamt</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https://schnellmuster.com/beschwerde-jugendamt-muster/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beschwerde-jugendamt-muster/"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