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BESCHEINIGUNG</w:t>
      </w:r>
    </w:p>
    <w:p>
      <w:pPr>
        <w:jc w:val="center"/>
      </w:pPr>
      <w:r>
        <w:rPr>
          <w:b/>
          <w:sz w:val="20"/>
        </w:rPr>
        <w:t>EHRENAMTLICHE TÄTIGKEIT IM SPORTVEREIN</w:t>
      </w:r>
    </w:p>
    <w:p/>
    <w:p/>
    <w:p>
      <w:r>
        <w:rPr>
          <w:b w:val="0"/>
          <w:sz w:val="20"/>
        </w:rPr>
        <w:t>Hiermit bescheinigt der Sportverein die ehrenamtliche Tätigkeit von</w:t>
      </w:r>
    </w:p>
    <w:p/>
    <w:p>
      <w:r>
        <w:rPr>
          <w:b/>
          <w:sz w:val="20"/>
        </w:rPr>
        <w:t>Name, Vorname: _______________________________________________</w:t>
      </w:r>
    </w:p>
    <w:p>
      <w:r>
        <w:rPr>
          <w:b/>
          <w:sz w:val="20"/>
        </w:rPr>
        <w:t>Anschrift: ____________________________________________________</w:t>
      </w:r>
    </w:p>
    <w:p/>
    <w:p>
      <w:r>
        <w:rPr>
          <w:b/>
          <w:sz w:val="20"/>
        </w:rPr>
        <w:t>Der/die oben genannte Ehrenamtliche übt folgende Tätigkeit(en) im Sportverein aus: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 w:val="0"/>
          <w:sz w:val="20"/>
        </w:rPr>
        <w:t>Die Tätigkeit wurde und wird unentgeltlich ausgeführt.</w:t>
      </w:r>
    </w:p>
    <w:p>
      <w:r>
        <w:rPr>
          <w:b w:val="0"/>
          <w:sz w:val="20"/>
        </w:rPr>
        <w:t>Der Einsatz erfolgt im Rahmen des § 3 Nr. 26 EStG.</w:t>
      </w:r>
    </w:p>
    <w:p/>
    <w:p>
      <w:r>
        <w:rPr>
          <w:b w:val="0"/>
          <w:sz w:val="20"/>
        </w:rPr>
        <w:t>Der Sportverein bedankt sich ausdrücklich für das Engagement und die geleistete Arbeit,</w:t>
      </w:r>
    </w:p>
    <w:p>
      <w:r>
        <w:rPr>
          <w:b w:val="0"/>
          <w:sz w:val="20"/>
        </w:rPr>
        <w:t>die für das Funktionieren und die Förderung des Vereinslebens von großer Bedeutung ist.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SPORTVEREIN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EHRENAMTLICHE/-R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Funktion : ________________________</w:t>
              <w:br/>
              <w:t>(Vereinsstempel)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https://schnellmuster.com/bescheinigung-ehrenamtliche-tatigkeit-sportverein-vorlage/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bescheinigung-ehrenamtliche-tatigkeit-sportverein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