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BEGRÜNDUNG FÜR STUFENLAUFZEITVERKÜRZUNG</w:t>
      </w:r>
    </w:p>
    <w:p/>
    <w:p>
      <w:r>
        <w:rPr>
          <w:b w:val="0"/>
          <w:sz w:val="20"/>
        </w:rPr>
        <w:t>Sehr geehrte Damen und Herren,</w:t>
      </w:r>
    </w:p>
    <w:p/>
    <w:p>
      <w:r>
        <w:rPr>
          <w:b w:val="0"/>
          <w:sz w:val="20"/>
        </w:rPr>
        <w:t>hiermit begründe ich den Antrag auf Verkürzung der Stufenlaufzeit gemäß den geltenden tariflichen und gesetzlichen Bestimmungen.</w:t>
      </w:r>
    </w:p>
    <w:p/>
    <w:p/>
    <w:p>
      <w:r>
        <w:rPr>
          <w:b/>
          <w:sz w:val="20"/>
        </w:rPr>
        <w:t>Rechtliche Grundlage :</w:t>
      </w:r>
    </w:p>
    <w:p>
      <w:r>
        <w:rPr>
          <w:b w:val="0"/>
          <w:sz w:val="20"/>
        </w:rPr>
        <w:t>Die Grundlage für die Beantragung der Stufenlaufzeitverkürzung ergibt sich aus dem Tarifvertrag sowie den §§ 622 ff. BGB. Eine Verkürzung ist zulässig, wenn ein wichtiger Grund vorliegt, der eine Abweichung von der regulären Laufzeit rechtfertigt.</w:t>
      </w:r>
    </w:p>
    <w:p/>
    <w:p>
      <w:r>
        <w:rPr>
          <w:b/>
          <w:sz w:val="20"/>
        </w:rPr>
        <w:t>Begründung des Antrags :</w:t>
      </w:r>
    </w:p>
    <w:p>
      <w:r>
        <w:rPr>
          <w:b w:val="0"/>
          <w:sz w:val="20"/>
        </w:rPr>
        <w:t>Der Antragsteller befindet sich in einer besonderen persönlichen oder beruflichen Situation, die eine frühere Beendigung der Stufenlaufzeit notwendig macht. Dies kann unter anderem sein:</w:t>
      </w:r>
    </w:p>
    <w:p>
      <w:r>
        <w:rPr>
          <w:b w:val="0"/>
          <w:sz w:val="20"/>
        </w:rPr>
        <w:t>- Änderung der familiären Situation (z. B. Pflegebedürftigkeit)</w:t>
      </w:r>
    </w:p>
    <w:p>
      <w:r>
        <w:rPr>
          <w:b w:val="0"/>
          <w:sz w:val="20"/>
        </w:rPr>
        <w:t>- Gesundheitliche Einschränkungen, die eine Anpassung der Arbeitszeit erfordern</w:t>
      </w:r>
    </w:p>
    <w:p>
      <w:r>
        <w:rPr>
          <w:b w:val="0"/>
          <w:sz w:val="20"/>
        </w:rPr>
        <w:t>- Berufliche Neuorientierung oder Weiterbildung</w:t>
      </w:r>
    </w:p>
    <w:p>
      <w:r>
        <w:rPr>
          <w:b w:val="0"/>
          <w:sz w:val="20"/>
        </w:rPr>
        <w:t>- Sonstige triftige Gründe, die eine Verkürzung rechtfertigen</w:t>
      </w:r>
    </w:p>
    <w:p/>
    <w:p>
      <w:r>
        <w:rPr>
          <w:b/>
          <w:sz w:val="20"/>
        </w:rPr>
        <w:t>Nachweis und Dokumentation :</w:t>
      </w:r>
    </w:p>
    <w:p>
      <w:r>
        <w:rPr>
          <w:b w:val="0"/>
          <w:sz w:val="20"/>
        </w:rPr>
        <w:t>Die vorgelegten Nachweise und Dokumente belegen die genannten Gründe nachvollziehbar und vollständig. Eine entsprechende Dokumentation liegt diesem Antrag bei und kann bei Rückfragen ergänzt werden.</w:t>
      </w:r>
    </w:p>
    <w:p/>
    <w:p>
      <w:r>
        <w:rPr>
          <w:b/>
          <w:sz w:val="20"/>
        </w:rPr>
        <w:t>Pflichten des Antragstellers :</w:t>
      </w:r>
    </w:p>
    <w:p>
      <w:r>
        <w:rPr>
          <w:b w:val="0"/>
          <w:sz w:val="20"/>
        </w:rPr>
        <w:t>Der Antragsteller verpflichtet sich, die verkürzte Stufenlaufzeit einzuhalten und die daraus resultierenden arbeitsvertraglichen Pflichten weiterhin ordnungsgemäß zu erfüllen. Änderungen der persönlichen oder beruflichen Verhältnisse werden unverzüglich mitgeteilt.</w:t>
      </w:r>
    </w:p>
    <w:p/>
    <w:p>
      <w:r>
        <w:rPr>
          <w:b w:val="0"/>
          <w:sz w:val="20"/>
        </w:rPr>
        <w:t>Ich bitte um wohlwollende Prüfung und Zustimmung zu meinem Antrag auf Stufenlaufzeitverkürzung.</w:t>
      </w:r>
    </w:p>
    <w:p/>
    <w:p/>
    <w:p>
      <w:r>
        <w:rPr>
          <w:b w:val="0"/>
          <w:sz w:val="20"/>
        </w:rPr>
        <w:t>Mit freundlichen Grüßen,</w:t>
      </w:r>
    </w:p>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center"/>
            </w:pPr>
            <w:r>
              <w:br/>
              <w:br/>
              <w:t>Unterschrift : _________________________</w:t>
            </w:r>
          </w:p>
        </w:tc>
      </w:tr>
      <w:tr>
        <w:tc>
          <w:tcPr>
            <w:tcW w:type="dxa" w:w="9972"/>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https://schnellmuster.com/begrundung-fur-stufenlaufzeitverkurzung/</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https://schnellmuster.com</w:t>
        </w:r>
      </w:hyperlink>
    </w:p>
    <w:p>
      <w:pPr>
        <w:jc w:val="center"/>
      </w:pPr>
      <w:r>
        <w:rPr>
          <w:color w:val="808080"/>
          <w:sz w:val="20"/>
        </w:rPr>
        <w:t>Diese Vorlage ist ausschließlich für den persönlichen, nicht kommerziellen Gebrauch bestimmt.</w:t>
        <w:br/>
        <w:t>Bei Weitergabe oder Veröffentlichung ist die Nennung der Quelle verpflichtend. © schnellmuster.com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schnellmuster.com/begrundung-fur-stufenlaufzeitverkurzung/" TargetMode="External"/><Relationship Id="rId10" Type="http://schemas.openxmlformats.org/officeDocument/2006/relationships/hyperlink" Target="https://schnellmust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