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BAUVORANFRAGE - MUSTERVORLAGE</w:t>
      </w:r>
    </w:p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Vor- und Nachname / Firma : 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____________________________________________________________</w:t>
      </w:r>
    </w:p>
    <w:p/>
    <w:p>
      <w:r>
        <w:rPr>
          <w:b/>
          <w:sz w:val="20"/>
        </w:rPr>
        <w:t>Angaben zum Bauvorhaben:</w:t>
      </w:r>
    </w:p>
    <w:p>
      <w:r>
        <w:rPr>
          <w:b w:val="0"/>
          <w:sz w:val="20"/>
        </w:rPr>
        <w:t>Baugrundstück (Adresse) : _________________________________________________</w:t>
      </w:r>
    </w:p>
    <w:p>
      <w:r>
        <w:rPr>
          <w:b w:val="0"/>
          <w:sz w:val="20"/>
        </w:rPr>
        <w:t>Flurstücknummer(n) : _______________________________________________________</w:t>
      </w:r>
    </w:p>
    <w:p>
      <w:r>
        <w:rPr>
          <w:b w:val="0"/>
          <w:sz w:val="20"/>
        </w:rPr>
        <w:t>Art des geplanten Vorhabens : ______________________________________________</w:t>
      </w:r>
    </w:p>
    <w:p>
      <w:r>
        <w:rPr>
          <w:b w:val="0"/>
          <w:sz w:val="20"/>
        </w:rPr>
        <w:t>Geplante Nutzung : _________________________________________________________</w:t>
      </w:r>
    </w:p>
    <w:p>
      <w:r>
        <w:rPr>
          <w:b w:val="0"/>
          <w:sz w:val="20"/>
        </w:rPr>
        <w:t>Geplante Größe (Wohnfläche, Nutzfläche etc.) : ______________________________</w:t>
      </w:r>
    </w:p>
    <w:p>
      <w:r>
        <w:rPr>
          <w:b w:val="0"/>
          <w:sz w:val="20"/>
        </w:rPr>
        <w:t>Geplante Bauweise / Materialien : ___________________________________________</w:t>
      </w:r>
    </w:p>
    <w:p/>
    <w:p>
      <w:r>
        <w:rPr>
          <w:b/>
          <w:sz w:val="20"/>
        </w:rPr>
        <w:t>Baurechtliche Angaben:</w:t>
      </w:r>
    </w:p>
    <w:p>
      <w:r>
        <w:rPr>
          <w:b w:val="0"/>
          <w:sz w:val="20"/>
        </w:rPr>
        <w:t>Bestehender Bebauungsplan vorhanden: □ Ja    □ Nein</w:t>
      </w:r>
    </w:p>
    <w:p>
      <w:r>
        <w:rPr>
          <w:b w:val="0"/>
          <w:sz w:val="20"/>
        </w:rPr>
        <w:t>Falls ja, Bebauungsplan-Bezeichnung : ______________________________________</w:t>
      </w:r>
    </w:p>
    <w:p>
      <w:r>
        <w:rPr>
          <w:b w:val="0"/>
          <w:sz w:val="20"/>
        </w:rPr>
        <w:t>Baugebiet : _______________________________________________________________</w:t>
      </w:r>
    </w:p>
    <w:p>
      <w:r>
        <w:rPr>
          <w:b w:val="0"/>
          <w:sz w:val="20"/>
        </w:rPr>
        <w:t>Erschließungszustand des Grundstücks : ______________________________________</w:t>
      </w:r>
    </w:p>
    <w:p>
      <w:r>
        <w:rPr>
          <w:b w:val="0"/>
          <w:sz w:val="20"/>
        </w:rPr>
        <w:t>Hinweise zu besonderen bauordnungsrechtlichen Anforderungen : ________________</w:t>
      </w:r>
    </w:p>
    <w:p/>
    <w:p>
      <w:r>
        <w:rPr>
          <w:b/>
          <w:sz w:val="20"/>
        </w:rPr>
        <w:t>Begründung der Bauvoranfrage:</w:t>
      </w:r>
    </w:p>
    <w:p>
      <w:r>
        <w:rPr>
          <w:b w:val="0"/>
          <w:sz w:val="20"/>
        </w:rPr>
        <w:t>Hiermit beantrage ich die bauaufsichtliche Voranfrage zur Klärung der Zulässigkeit des geplanten Bauvorhabens gemäß § 74 BauO NRW bzw. entsprechend geltender Landesbauordnung.</w:t>
      </w:r>
    </w:p>
    <w:p>
      <w:r>
        <w:rPr>
          <w:b w:val="0"/>
          <w:sz w:val="20"/>
        </w:rPr>
        <w:t>Das Vorhaben soll die Prüfung folgender Aspekte ermöglichen:</w:t>
      </w:r>
    </w:p>
    <w:p>
      <w:r>
        <w:rPr>
          <w:b w:val="0"/>
          <w:sz w:val="20"/>
        </w:rPr>
        <w:t>- Zulässigkeit der Nutzung des Grundstücks</w:t>
      </w:r>
    </w:p>
    <w:p>
      <w:r>
        <w:rPr>
          <w:b w:val="0"/>
          <w:sz w:val="20"/>
        </w:rPr>
        <w:t>- Einhaltung der Abstandsflächen</w:t>
      </w:r>
    </w:p>
    <w:p>
      <w:r>
        <w:rPr>
          <w:b w:val="0"/>
          <w:sz w:val="20"/>
        </w:rPr>
        <w:t>- Einordnung in die Nachbarschaft</w:t>
      </w:r>
    </w:p>
    <w:p>
      <w:r>
        <w:rPr>
          <w:b w:val="0"/>
          <w:sz w:val="20"/>
        </w:rPr>
        <w:t>- Einhaltung von Baugrenzen und Bauvorschriften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versichere, dass alle Angaben vollständig und wahrheitsgemäß gemacht wurden. Änderungen des Vorhabens werden unverzüglich mitgeteilt.</w:t>
      </w:r>
    </w:p>
    <w:p/>
    <w:p>
      <w:r>
        <w:rPr>
          <w:b/>
          <w:sz w:val="20"/>
        </w:rPr>
        <w:t>Anlagen (bitte beifügen):</w:t>
      </w:r>
    </w:p>
    <w:p>
      <w:r>
        <w:rPr>
          <w:b w:val="0"/>
          <w:sz w:val="20"/>
        </w:rPr>
        <w:t>□ Lageplan</w:t>
      </w:r>
    </w:p>
    <w:p>
      <w:r>
        <w:rPr>
          <w:b w:val="0"/>
          <w:sz w:val="20"/>
        </w:rPr>
        <w:t>□ Auszug aus dem Bebauungsplan</w:t>
      </w:r>
    </w:p>
    <w:p>
      <w:r>
        <w:rPr>
          <w:b w:val="0"/>
          <w:sz w:val="20"/>
        </w:rPr>
        <w:t>□ Bauzeichnungen / Entwurfspläne</w:t>
      </w:r>
    </w:p>
    <w:p>
      <w:r>
        <w:rPr>
          <w:b w:val="0"/>
          <w:sz w:val="20"/>
        </w:rPr>
        <w:t>□ Sonstige Unterlagen : 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https://schnellmuster.com/bauvoranfrage-muster/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bauvoranfrage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