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 SCHREIBEN ZUR ABGABE DES FÜHRERSCHEINS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Straßenverkehrsamt / Ordnungsbehörde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Abgabe meines Führerscheins wegen (z. B. Strafmaßnahme, Pflicht zur Abgabe)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gebe ich meinen Führerschein gemäß den geltenden gesetzlichen Bestimmungen ab. Ich wurde darüber informiert, dass die Abgabe meines Führerscheins gemäß § 25 Straßenverkehrsgesetz (StVG) erfolgt und die Behörde diesen bis zur Wiedererteilung verwahrt.</w:t>
      </w:r>
    </w:p>
    <w:p/>
    <w:p>
      <w:r>
        <w:rPr>
          <w:b w:val="0"/>
          <w:sz w:val="20"/>
        </w:rPr>
        <w:t>Meine Personalien lauten wie folgt: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Führerscheinnummer : _______________________________________________</w:t>
      </w:r>
    </w:p>
    <w:p/>
    <w:p>
      <w:r>
        <w:rPr>
          <w:b w:val="0"/>
          <w:sz w:val="20"/>
        </w:rPr>
        <w:t>Ich bitte um eine schriftliche Bestätigung des Eingangs sowie um Informationen zu den weiteren Schritten im Verfahren.</w:t>
      </w:r>
    </w:p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</w:t>
      </w:r>
    </w:p>
    <w:p>
      <w:r>
        <w:rPr>
          <w:b w:val="0"/>
          <w:sz w:val="20"/>
        </w:rPr>
        <w:t>Datum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(Behörde)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Abgebender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https://schnellmuster.com/anschreiben-fuhrerschein-abgeben/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anschreiben-fuhrerschein-abgeben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