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ANFRAGE AN DEN STEUERBERATER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Firma / 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 : ______________________________________________________</w:t>
      </w:r>
    </w:p>
    <w:p>
      <w:r>
        <w:rPr>
          <w:b w:val="0"/>
          <w:sz w:val="20"/>
        </w:rPr>
        <w:t>E-Mail 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Steuerberater / Kanzlei : 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Anfrage zur steuerlichen Beratung und Unterstützung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bitten wir um Ihre Unterstützung und Beratung in steuerlichen Angelegenheiten. Bitte informieren Sie uns über Ihre Leistungen, Konditionen und mögliche Termine für ein Beratungsgespräch.</w:t>
      </w:r>
    </w:p>
    <w:p/>
    <w:p>
      <w:r>
        <w:rPr>
          <w:b/>
          <w:sz w:val="20"/>
        </w:rPr>
        <w:t>Angaben zu unserer Firma / Person:</w:t>
      </w:r>
    </w:p>
    <w:p>
      <w:r>
        <w:rPr>
          <w:b w:val="0"/>
          <w:sz w:val="20"/>
        </w:rPr>
        <w:t>Rechtsform / Status : __________________________________________</w:t>
      </w:r>
    </w:p>
    <w:p>
      <w:r>
        <w:rPr>
          <w:b w:val="0"/>
          <w:sz w:val="20"/>
        </w:rPr>
        <w:t>Steuernummer / Steuer-ID : ____________________________________</w:t>
      </w:r>
    </w:p>
    <w:p>
      <w:r>
        <w:rPr>
          <w:b w:val="0"/>
          <w:sz w:val="20"/>
        </w:rPr>
        <w:t>Branche / Tätigkeit : ___________________________________________</w:t>
      </w:r>
    </w:p>
    <w:p>
      <w:r>
        <w:rPr>
          <w:b w:val="0"/>
          <w:sz w:val="20"/>
        </w:rPr>
        <w:t>Bisherige steuerliche Betreuung durch : ________________________</w:t>
      </w:r>
    </w:p>
    <w:p/>
    <w:p>
      <w:r>
        <w:rPr>
          <w:b/>
          <w:sz w:val="20"/>
        </w:rPr>
        <w:t>Erwartete Leistungen:</w:t>
      </w:r>
    </w:p>
    <w:p>
      <w:r>
        <w:rPr>
          <w:b w:val="0"/>
          <w:sz w:val="20"/>
        </w:rPr>
        <w:t xml:space="preserve"> - Steuerliche Beratung und Optimierung</w:t>
      </w:r>
    </w:p>
    <w:p>
      <w:r>
        <w:rPr>
          <w:b w:val="0"/>
          <w:sz w:val="20"/>
        </w:rPr>
        <w:t xml:space="preserve"> - Erstellung und Prüfung von Steuererklärungen</w:t>
      </w:r>
    </w:p>
    <w:p>
      <w:r>
        <w:rPr>
          <w:b w:val="0"/>
          <w:sz w:val="20"/>
        </w:rPr>
        <w:t xml:space="preserve"> - Vertretung gegenüber Finanzbehörden</w:t>
      </w:r>
    </w:p>
    <w:p>
      <w:r>
        <w:rPr>
          <w:b w:val="0"/>
          <w:sz w:val="20"/>
        </w:rPr>
        <w:t xml:space="preserve"> - Sonstige Leistungen: __________________________________________</w:t>
      </w:r>
    </w:p>
    <w:p/>
    <w:p>
      <w:r>
        <w:rPr>
          <w:b/>
          <w:sz w:val="20"/>
        </w:rPr>
        <w:t>Weitere Hinweise / Anmerkungen: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Unterschrift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Ansprechpartner (Firma/Person)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Ansprechpartner (Steuerberater)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https://schnellmuster.com/anfrage-steuerberater-vorlage/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nfrage-steuerberater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