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ÄNDERUNG DER ZAHLUNGSBEDINGUNGEN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möchten wir Ihnen eine Änderung der Zahlungsbedingungen vorschlagen, die ab sofort gilt.</w:t>
      </w:r>
    </w:p>
    <w:p/>
    <w:p>
      <w:r>
        <w:rPr>
          <w:b/>
          <w:sz w:val="20"/>
        </w:rPr>
        <w:t>Änderung der Zahlungsbedingungen :</w:t>
      </w:r>
    </w:p>
    <w:p>
      <w:r>
        <w:rPr>
          <w:b w:val="0"/>
          <w:sz w:val="20"/>
        </w:rPr>
        <w:t>Bisherige Zahlungsfrist : _______________________________</w:t>
      </w:r>
    </w:p>
    <w:p>
      <w:r>
        <w:rPr>
          <w:b w:val="0"/>
          <w:sz w:val="20"/>
        </w:rPr>
        <w:t>Neue Zahlungsfrist : ___________________________________</w:t>
      </w:r>
    </w:p>
    <w:p>
      <w:r>
        <w:rPr>
          <w:b w:val="0"/>
          <w:sz w:val="20"/>
        </w:rPr>
        <w:t>Zahlungsweise : ________________________________________</w:t>
      </w:r>
    </w:p>
    <w:p>
      <w:r>
        <w:rPr>
          <w:b w:val="0"/>
          <w:sz w:val="20"/>
        </w:rPr>
        <w:t>Sonstige Vereinbarungen : ______________________________</w:t>
      </w:r>
    </w:p>
    <w:p/>
    <w:p>
      <w:r>
        <w:rPr>
          <w:b/>
          <w:sz w:val="20"/>
        </w:rPr>
        <w:t>Begründung der Änderung :</w:t>
      </w:r>
    </w:p>
    <w:p>
      <w:r>
        <w:rPr>
          <w:b w:val="0"/>
          <w:sz w:val="20"/>
        </w:rPr>
        <w:t>_________________________________________________________</w:t>
      </w:r>
    </w:p>
    <w:p>
      <w:r>
        <w:rPr>
          <w:b w:val="0"/>
          <w:sz w:val="20"/>
        </w:rPr>
        <w:t>_________________________________________________________</w:t>
      </w:r>
    </w:p>
    <w:p>
      <w:r>
        <w:rPr>
          <w:b w:val="0"/>
          <w:sz w:val="20"/>
        </w:rPr>
        <w:t>_________________________________________________________</w:t>
      </w:r>
    </w:p>
    <w:p/>
    <w:p>
      <w:r>
        <w:rPr>
          <w:b w:val="0"/>
          <w:sz w:val="20"/>
        </w:rPr>
        <w:t>Wir bitten Sie, uns die Annahme dieser geänderten Zahlungsbedingungen schriftlich zu bestätigen.</w:t>
      </w:r>
    </w:p>
    <w:p/>
    <w:p>
      <w:r>
        <w:rPr>
          <w:b w:val="0"/>
          <w:sz w:val="20"/>
        </w:rPr>
        <w:t>Alle übrigen Vertragsbestandteile bleiben unverändert und behalten ihre Gültigkeit.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https://schnellmuster.com/anderung-zahlungsbedingungen-musterbrief/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nderung-zahlungsbedingungen-musterbrief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