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ABTRETUNGSERKLÄRUNG</w:t>
      </w:r>
    </w:p>
    <w:p/>
    <w:p>
      <w:r>
        <w:rPr>
          <w:b/>
          <w:sz w:val="20"/>
        </w:rPr>
        <w:t>Angaben der abtretenden Person: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Abtretungsempfängers:</w:t>
      </w:r>
    </w:p>
    <w:p>
      <w:r>
        <w:rPr>
          <w:b w:val="0"/>
          <w:sz w:val="20"/>
        </w:rPr>
        <w:t>Vor- und Nachname / Firma : 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Erklärung zur Abtretung:</w:t>
      </w:r>
    </w:p>
    <w:p>
      <w:r>
        <w:rPr>
          <w:b w:val="0"/>
          <w:sz w:val="20"/>
        </w:rPr>
        <w:t>Hiermit tritt die abtretende Person alle gegenwärtigen und zukünftigen Forderungen, Rechte und Ansprüche aus dem Vertrag/Verhältnis mit dem folgenden Gegenstand an den Abtretungsempfänger ab:</w:t>
      </w:r>
    </w:p>
    <w:p>
      <w:r>
        <w:rPr>
          <w:b w:val="0"/>
          <w:sz w:val="20"/>
        </w:rPr>
        <w:t>Gegenstand der Abtretung : ____________________________________________</w:t>
      </w:r>
    </w:p>
    <w:p>
      <w:r>
        <w:rPr>
          <w:b w:val="0"/>
          <w:sz w:val="20"/>
        </w:rPr>
        <w:t>Vertragsnummer / Bezeichnung : _________________________________________</w:t>
      </w:r>
    </w:p>
    <w:p/>
    <w:p>
      <w:r>
        <w:rPr>
          <w:b w:val="0"/>
          <w:sz w:val="20"/>
        </w:rPr>
        <w:t>Die Abtretung erfolgt unwiderruflich und tritt mit Unterzeichnung dieses Dokuments in Kraft. Die abtretende Person bestätigt, dass zum Zeitpunkt der Abtretung keine Einwände oder Gegenansprüche gegen den Abtretungsempfänger bestehen.</w:t>
      </w:r>
    </w:p>
    <w:p/>
    <w:p>
      <w:r>
        <w:rPr>
          <w:b/>
          <w:sz w:val="20"/>
        </w:rPr>
        <w:t>Haftung und Gewährleistung:</w:t>
      </w:r>
    </w:p>
    <w:p>
      <w:r>
        <w:rPr>
          <w:b w:val="0"/>
          <w:sz w:val="20"/>
        </w:rPr>
        <w:t>Die abtretende Person haftet nicht für Ansprüche, die nach der Abtretung entstehen. Der Abtretungsempfänger übernimmt sämtliche Rechte und Pflichten aus dem abgetretenen Anspruch.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Für alle nicht in dieser Abtretungserklärung geregelten Angelegenheiten gelten die gesetzlichen Bestimmungen der Bundesrepublik Deutschland.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ABTRETENDE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ABTRETUNGSEMPFÄNGER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https://schnellmuster.com/abtrittserklarungen/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abtrittserklarungen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