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ABMELDUNG VON DER SCHULE</w:t>
      </w:r>
    </w:p>
    <w:p/>
    <w:p>
      <w:r>
        <w:rPr>
          <w:b w:val="0"/>
          <w:sz w:val="20"/>
        </w:rPr>
        <w:t>An die Schulleitung</w:t>
      </w:r>
    </w:p>
    <w:p>
      <w:r>
        <w:rPr>
          <w:b w:val="0"/>
          <w:sz w:val="20"/>
        </w:rPr>
        <w:t>__________________________________________________________</w:t>
      </w:r>
    </w:p>
    <w:p>
      <w:r>
        <w:rPr>
          <w:b w:val="0"/>
          <w:sz w:val="20"/>
        </w:rPr>
        <w:t>__________________________________________________________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des Schülers / der Schülerin : 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/>
          <w:sz w:val="20"/>
        </w:rPr>
        <w:t>Abmeldung von der Schule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melde ich mein Kind / mich von der Schule ab. Bitte bestätigen Sie mir die Abmeldung schriftlich.</w:t>
      </w:r>
    </w:p>
    <w:p/>
    <w:p>
      <w:r>
        <w:rPr>
          <w:b w:val="0"/>
          <w:sz w:val="20"/>
        </w:rPr>
        <w:t>Ich bitte darum, alle notwendigen Unterlagen und Zeugnisse zeitnah zu übermitteln.</w:t>
      </w:r>
    </w:p>
    <w:p/>
    <w:p>
      <w:r>
        <w:rPr>
          <w:b w:val="0"/>
          <w:sz w:val="20"/>
        </w:rPr>
        <w:t>Für Rückfragen stehe ich Ihnen gerne zur Verfügung.</w:t>
      </w:r>
    </w:p>
    <w:p/>
    <w:p/>
    <w:p>
      <w:r>
        <w:rPr>
          <w:b w:val="0"/>
          <w:sz w:val="20"/>
        </w:rPr>
        <w:t>Ort : ______________________________________</w:t>
      </w:r>
    </w:p>
    <w:p>
      <w:r>
        <w:rPr>
          <w:b w:val="0"/>
          <w:sz w:val="20"/>
        </w:rPr>
        <w:t>Unterschrift : 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der Schulleitung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https://schnellmuster.com/abmeldung-schule-vorlage/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abmeldung-schule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